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やさしい日本語 認知症BPSD対応 声かけテンプレート 2026年版</w:t>
      </w:r>
    </w:p>
    <w:p>
      <w:pPr>
        <w:jc w:val="center"/>
      </w:pPr>
      <w:r>
        <w:rPr>
          <w:color w:val="5F7076"/>
          <w:sz w:val="20"/>
        </w:rPr>
        <w:t>Dementia Care Phrases（やさしい日本語＋英語）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対象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外国人介護職員・新人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作成日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2026年6月7日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使い方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印刷して携帯・朝礼で唱和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不安 / Anxiety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大丈夫ですよ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It's okay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一緒にいましょう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Let's stay together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心配ないですよ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Don't worry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帰宅願望 / Wants to go home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そうですね、お家が恋しいですね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I see, you miss your home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少し歩きましょうか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Shall we walk a little?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お茶でも飲みましょう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Let's have some tea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興奮 / Agitation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ゆっくりお話ししましょう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Let's talk slowly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どうされましたか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What's wrong?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お手伝いします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I will help you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・利用者の名前を呼んでから、目を見て、ゆっくり話します。</w:t>
      </w:r>
    </w:p>
    <w:p>
      <w:r>
        <w:rPr>
          <w:color w:val="263B43"/>
          <w:sz w:val="18"/>
        </w:rPr>
        <w:t>・1秒に1〜2語のペースで、笑顔で話すと安心感が伝わります。</w:t>
      </w:r>
    </w:p>
    <w:p>
      <w:r>
        <w:rPr>
          <w:color w:val="263B43"/>
          <w:sz w:val="18"/>
        </w:rPr>
        <w:t>・分からないときは、その場で先輩・リーダーに聞きます。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・声かけは介護の基本です。言葉とともに表情・態度で安心を伝えます。</w:t>
      </w:r>
    </w:p>
    <w:p>
      <w:r>
        <w:rPr>
          <w:color w:val="263B43"/>
          <w:sz w:val="18"/>
        </w:rPr>
        <w:t>・関連様式：やさしい日本語シリーズ、介護記録の敬語ガイド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