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63B43"/>
          <w:sz w:val="34"/>
        </w:rPr>
        <w:t>家電の使い方 やさしい日本語ガイド 2026年版</w:t>
      </w:r>
    </w:p>
    <w:p>
      <w:pPr>
        <w:jc w:val="center"/>
      </w:pPr>
      <w:r>
        <w:rPr>
          <w:color w:val="5F7076"/>
          <w:sz w:val="20"/>
        </w:rPr>
        <w:t>外国人介護職員 寮生活サポート</w:t>
      </w:r>
    </w:p>
    <w:p>
      <w:pPr>
        <w:spacing w:before="160" w:after="60"/>
      </w:pPr>
      <w:r>
        <w:rPr>
          <w:b/>
          <w:color w:val="0B8F78"/>
          <w:sz w:val="22"/>
        </w:rPr>
        <w:t>■ 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対象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外国人介護職員（寮生活）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作成日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2026年6月7日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せんたくき / Washing machine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つかいかた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せんたくものを いれる→せんざいを いれる→ボタンを おす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ちゅうい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おおすぎない、いろものと しろものを わける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でんしレンジ / Microwave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つかいかた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たべものを いれる→じかんを セット→スタート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ちゅうい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きんぞく（アルミ）は いれない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エアコン / Air conditioner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つかいかた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リモコンで でんげん→おんどを せってい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ちゅうい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つけっぱなしに ちゅうい、でんきだいが かかる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ガスコンロ・IH / Stove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つかいかた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スイッチを いれる→かじに ちゅうい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ちゅうい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つかいおわったら かならず けす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ゴミの だしかた / Garbage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わけかた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もえる・もえない・プラ・びん かん を わける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ひにち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ちいきの カレンダーを かくにん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記入のポイント</w:t>
      </w:r>
    </w:p>
    <w:p>
      <w:r>
        <w:rPr>
          <w:color w:val="263B43"/>
          <w:sz w:val="18"/>
        </w:rPr>
        <w:t>・寮生活で つかう かでんの きほんてきな つかいかたを やさしい にほんごで せつめいします。</w:t>
      </w:r>
    </w:p>
    <w:p>
      <w:r>
        <w:rPr>
          <w:color w:val="263B43"/>
          <w:sz w:val="18"/>
        </w:rPr>
        <w:t>・あんぜんの ために「ちゅうい」を かならず よみます。</w:t>
      </w:r>
    </w:p>
    <w:p>
      <w:r>
        <w:rPr>
          <w:color w:val="263B43"/>
          <w:sz w:val="18"/>
        </w:rPr>
        <w:t>・わからない ときは、せんぱい や かんりにんに ききます。</w:t>
      </w:r>
    </w:p>
    <w:p>
      <w:pPr>
        <w:spacing w:before="160" w:after="60"/>
      </w:pPr>
      <w:r>
        <w:rPr>
          <w:b/>
          <w:color w:val="0B8F78"/>
          <w:sz w:val="22"/>
        </w:rPr>
        <w:t>■ 根拠・関連様式</w:t>
      </w:r>
    </w:p>
    <w:p>
      <w:r>
        <w:rPr>
          <w:color w:val="263B43"/>
          <w:sz w:val="18"/>
        </w:rPr>
        <w:t>・かでんの こしょうや じこを ふせぐため、ただしい つかいかたを おぼえます。</w:t>
      </w:r>
    </w:p>
    <w:p>
      <w:r>
        <w:rPr>
          <w:color w:val="263B43"/>
          <w:sz w:val="18"/>
        </w:rPr>
        <w:t>・かんれん：寮生活ガイド、緊急連絡先リスト</w:t>
      </w:r>
    </w:p>
    <w:p>
      <w:pPr>
        <w:spacing w:before="160" w:after="60"/>
      </w:pPr>
      <w:r>
        <w:rPr>
          <w:b/>
          <w:color w:val="0B8F78"/>
          <w:sz w:val="22"/>
        </w:rPr>
        <w:t>■ 改訂履歴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版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改訂日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改訂内容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承認者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1.0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2026-06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初版作成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jc w:val="center"/>
      </w:pPr>
      <w:r>
        <w:rPr>
          <w:color w:val="7A8A90"/>
          <w:sz w:val="16"/>
        </w:rPr>
        <w:t>ふくしの素材館  https://kaigo-sozai.com  ／ 参考様式・各施設の実情に合わせて編集してください</w:t>
      </w:r>
    </w:p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