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1A3A6C"/>
          <w:sz w:val="32"/>
        </w:rPr>
        <w:t>サービス担当者会議録</w:t>
      </w:r>
    </w:p>
    <w:p>
      <w:pPr>
        <w:jc w:val="center"/>
      </w:pPr>
      <w:r>
        <w:rPr>
          <w:color w:val="444444"/>
          <w:sz w:val="18"/>
        </w:rPr>
        <w:t>居宅介護支援 2026年版（介護保険法対応）</w:t>
      </w:r>
    </w:p>
    <w:p>
      <w:pPr>
        <w:spacing w:before="160" w:after="40"/>
      </w:pPr>
      <w:r>
        <w:rPr>
          <w:b/>
          <w:color w:val="1A3A6C"/>
          <w:sz w:val="20"/>
        </w:rPr>
        <w:t>■ 会議基本情報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会議開催日時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開催場所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司会者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記録者</w:t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  <w:t xml:space="preserve">　　年　月　日　時　分〜</w:t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利用者情報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利用者氏名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生年月日・年齢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要介護度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担当ケアマネ</w:t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  <w:t xml:space="preserve">要介護　・　要支援　</w:t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出席者一覧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氏名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事業所名・所属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職種・資格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署名</w:t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招集理由・会議の目的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招集理由の区分</w:t>
            </w:r>
          </w:p>
        </w:tc>
        <w:tc>
          <w:tcPr>
            <w:tcW w:type="dxa" w:w="5270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具体的内容</w:t>
            </w:r>
          </w:p>
        </w:tc>
      </w:tr>
      <w:tr>
        <w:tc>
          <w:tcPr>
            <w:tcW w:type="dxa" w:w="5270"/>
          </w:tcPr>
          <w:p>
            <w:r>
              <w:rPr>
                <w:sz w:val="18"/>
              </w:rPr>
              <w:t>ケアプラン作成・更新</w:t>
            </w:r>
          </w:p>
        </w:tc>
        <w:tc>
          <w:tcPr>
            <w:tcW w:type="dxa" w:w="527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5270"/>
          </w:tcPr>
          <w:p>
            <w:r>
              <w:rPr>
                <w:sz w:val="18"/>
              </w:rPr>
              <w:t>サービス利用開始</w:t>
            </w:r>
          </w:p>
        </w:tc>
        <w:tc>
          <w:tcPr>
            <w:tcW w:type="dxa" w:w="527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5270"/>
          </w:tcPr>
          <w:p>
            <w:r>
              <w:rPr>
                <w:sz w:val="18"/>
              </w:rPr>
              <w:t>要介護度変更</w:t>
            </w:r>
          </w:p>
        </w:tc>
        <w:tc>
          <w:tcPr>
            <w:tcW w:type="dxa" w:w="527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5270"/>
          </w:tcPr>
          <w:p>
            <w:r>
              <w:rPr>
                <w:sz w:val="18"/>
              </w:rPr>
              <w:t>利用者の状態変化</w:t>
            </w:r>
          </w:p>
        </w:tc>
        <w:tc>
          <w:tcPr>
            <w:tcW w:type="dxa" w:w="527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5270"/>
          </w:tcPr>
          <w:p>
            <w:r>
              <w:rPr>
                <w:sz w:val="18"/>
              </w:rPr>
              <w:t>その他</w:t>
            </w:r>
          </w:p>
        </w:tc>
        <w:tc>
          <w:tcPr>
            <w:tcW w:type="dxa" w:w="5270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検討内容・協議事項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議題・検討事項</w:t>
            </w:r>
          </w:p>
        </w:tc>
        <w:tc>
          <w:tcPr>
            <w:tcW w:type="dxa" w:w="3513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協議内容・意見</w:t>
            </w:r>
          </w:p>
        </w:tc>
        <w:tc>
          <w:tcPr>
            <w:tcW w:type="dxa" w:w="3513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結論・決定事項</w:t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サービス変更・調整事項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サービス種別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変更前の内容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変更後の内容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担当事業所</w:t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今後の対応・フォローアップ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対応事項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担当者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期限</w:t>
            </w:r>
          </w:p>
        </w:tc>
        <w:tc>
          <w:tcPr>
            <w:tcW w:type="dxa" w:w="2635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対応状況</w:t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  <w:t xml:space="preserve">　　年　月　日まで</w:t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  <w:t xml:space="preserve">　　年　月　日まで</w:t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  <w:t xml:space="preserve">　　年　月　日まで</w:t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  <w:tc>
          <w:tcPr>
            <w:tcW w:type="dxa" w:w="2635"/>
          </w:tcPr>
          <w:p>
            <w:r>
              <w:rPr>
                <w:sz w:val="18"/>
              </w:rPr>
              <w:t xml:space="preserve">　　年　月　日まで</w:t>
            </w:r>
          </w:p>
        </w:tc>
        <w:tc>
          <w:tcPr>
            <w:tcW w:type="dxa" w:w="2635"/>
          </w:tcPr>
          <w:p>
            <w:r>
              <w:rPr>
                <w:sz w:val="18"/>
              </w:rPr>
            </w:r>
          </w:p>
        </w:tc>
      </w:tr>
    </w:tbl>
    <w:p>
      <w:pPr>
        <w:spacing w:before="160" w:after="40"/>
      </w:pPr>
      <w:r>
        <w:rPr>
          <w:b/>
          <w:color w:val="1A3A6C"/>
          <w:sz w:val="20"/>
        </w:rPr>
        <w:t>■ 次回会議予定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次回開催予定日</w:t>
            </w:r>
          </w:p>
        </w:tc>
        <w:tc>
          <w:tcPr>
            <w:tcW w:type="dxa" w:w="3513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開催場所</w:t>
            </w:r>
          </w:p>
        </w:tc>
        <w:tc>
          <w:tcPr>
            <w:tcW w:type="dxa" w:w="3513"/>
            <w:shd w:val="clear" w:color="auto" w:fill="1A3A6C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議題（予定）</w:t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  <w:t xml:space="preserve">　　年　月　日</w:t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  <w:tc>
          <w:tcPr>
            <w:tcW w:type="dxa" w:w="3513"/>
          </w:tcPr>
          <w:p>
            <w:r>
              <w:rPr>
                <w:sz w:val="18"/>
              </w:rPr>
            </w:r>
          </w:p>
        </w:tc>
      </w:tr>
    </w:tbl>
    <w:p>
      <w:pPr>
        <w:spacing w:before="200"/>
        <w:jc w:val="center"/>
      </w:pPr>
      <w:r>
        <w:rPr>
          <w:color w:val="888888"/>
          <w:sz w:val="16"/>
        </w:rPr>
        <w:t>ふくしの素材館  https://kaigo-sozai.com</w:t>
      </w:r>
    </w:p>
    <w:sectPr w:rsidR="00FC693F" w:rsidRPr="0006063C" w:rsidSect="00034616">
      <w:pgSz w:w="12240" w:h="15840"/>
      <w:pgMar w:top="1020" w:right="850" w:bottom="102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